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DA1AE" w14:textId="0175A5C0" w:rsidR="009A2A38" w:rsidRDefault="00000000">
      <w:pPr>
        <w:spacing w:after="60"/>
      </w:pPr>
      <w:r>
        <w:rPr>
          <w:b/>
          <w:color w:val="E90058"/>
          <w:sz w:val="24"/>
        </w:rPr>
        <w:t>FOR IMMEDIATE RELEASE</w:t>
      </w:r>
      <w:r w:rsidR="006A129D">
        <w:rPr>
          <w:b/>
          <w:color w:val="E90058"/>
          <w:sz w:val="24"/>
        </w:rPr>
        <w:t xml:space="preserve">: </w:t>
      </w:r>
      <w:r w:rsidR="006A129D" w:rsidRPr="006A129D">
        <w:rPr>
          <w:b/>
          <w:color w:val="auto"/>
          <w:sz w:val="24"/>
        </w:rPr>
        <w:t>NEWS RELEASE</w:t>
      </w:r>
    </w:p>
    <w:p w14:paraId="12709450" w14:textId="5BF5F1BC" w:rsidR="009A2A38" w:rsidRPr="002222ED" w:rsidRDefault="00000000">
      <w:pPr>
        <w:spacing w:after="200"/>
        <w:rPr>
          <w:b/>
          <w:color w:val="auto"/>
          <w:sz w:val="19"/>
        </w:rPr>
      </w:pPr>
      <w:r w:rsidRPr="002222ED">
        <w:rPr>
          <w:b/>
          <w:color w:val="auto"/>
          <w:sz w:val="19"/>
        </w:rPr>
        <w:t xml:space="preserve">August </w:t>
      </w:r>
      <w:r w:rsidR="002222ED">
        <w:rPr>
          <w:b/>
          <w:color w:val="auto"/>
          <w:sz w:val="19"/>
        </w:rPr>
        <w:t>10</w:t>
      </w:r>
      <w:r w:rsidRPr="002222ED">
        <w:rPr>
          <w:b/>
          <w:color w:val="auto"/>
          <w:sz w:val="19"/>
        </w:rPr>
        <w:t>, 2026</w:t>
      </w:r>
    </w:p>
    <w:p w14:paraId="34B766F2" w14:textId="181ED4BA" w:rsidR="00843CD5" w:rsidRPr="00843CD5" w:rsidRDefault="00843CD5">
      <w:pPr>
        <w:spacing w:after="200"/>
        <w:rPr>
          <w:bCs/>
          <w:color w:val="auto"/>
        </w:rPr>
      </w:pPr>
      <w:r>
        <w:rPr>
          <w:bCs/>
          <w:color w:val="auto"/>
          <w:sz w:val="19"/>
        </w:rPr>
        <w:t xml:space="preserve">Media Contact: Zakiya Summers | </w:t>
      </w:r>
      <w:hyperlink r:id="rId8" w:history="1">
        <w:r w:rsidRPr="002118EE">
          <w:rPr>
            <w:rStyle w:val="Hyperlink"/>
            <w:bCs/>
            <w:sz w:val="19"/>
          </w:rPr>
          <w:t>ladygodivaproduction@gmail.com</w:t>
        </w:r>
      </w:hyperlink>
      <w:r>
        <w:rPr>
          <w:bCs/>
          <w:color w:val="auto"/>
          <w:sz w:val="19"/>
        </w:rPr>
        <w:t xml:space="preserve"> </w:t>
      </w:r>
    </w:p>
    <w:p w14:paraId="03009C43" w14:textId="538A9482" w:rsidR="009A2A38" w:rsidRPr="002222ED" w:rsidRDefault="00843CD5">
      <w:pPr>
        <w:pBdr>
          <w:bottom w:val="single" w:sz="20" w:space="5" w:color="E90058"/>
        </w:pBdr>
        <w:spacing w:before="200"/>
        <w:rPr>
          <w:sz w:val="28"/>
          <w:szCs w:val="28"/>
        </w:rPr>
      </w:pPr>
      <w:r w:rsidRPr="002222ED">
        <w:rPr>
          <w:b/>
          <w:sz w:val="28"/>
          <w:szCs w:val="28"/>
        </w:rPr>
        <w:t>THE YOUTH ENT</w:t>
      </w:r>
      <w:r w:rsidR="00EA5F11">
        <w:rPr>
          <w:b/>
          <w:sz w:val="28"/>
          <w:szCs w:val="28"/>
        </w:rPr>
        <w:t>RE</w:t>
      </w:r>
      <w:r w:rsidRPr="002222ED">
        <w:rPr>
          <w:b/>
          <w:sz w:val="28"/>
          <w:szCs w:val="28"/>
        </w:rPr>
        <w:t>PRENEURSHIP HUB TEACHES, SHOWCASES YOUNG CEOs, CREATORS, MAKERS AND INNOVATORS IN WEST JACKSON</w:t>
      </w:r>
    </w:p>
    <w:p w14:paraId="49776180" w14:textId="4440230E" w:rsidR="009A2A38" w:rsidRPr="002222ED" w:rsidRDefault="002222ED">
      <w:pPr>
        <w:spacing w:before="100" w:after="220"/>
        <w:rPr>
          <w:sz w:val="24"/>
          <w:szCs w:val="24"/>
        </w:rPr>
      </w:pPr>
      <w:r w:rsidRPr="002222ED">
        <w:rPr>
          <w:b/>
          <w:color w:val="0097A7"/>
          <w:sz w:val="24"/>
          <w:szCs w:val="24"/>
        </w:rPr>
        <w:t>Training &amp; free community marketplace take place at Refill Jackson Initiative</w:t>
      </w:r>
    </w:p>
    <w:p w14:paraId="761CDDD9" w14:textId="77777777" w:rsidR="00843CD5" w:rsidRPr="002222ED" w:rsidRDefault="00000000">
      <w:pPr>
        <w:rPr>
          <w:sz w:val="22"/>
        </w:rPr>
      </w:pPr>
      <w:r w:rsidRPr="002222ED">
        <w:rPr>
          <w:b/>
          <w:sz w:val="22"/>
        </w:rPr>
        <w:t xml:space="preserve">JACKSON, Miss. - </w:t>
      </w:r>
      <w:r w:rsidRPr="002222ED">
        <w:rPr>
          <w:sz w:val="22"/>
        </w:rPr>
        <w:t xml:space="preserve">Lady Godiva Productions </w:t>
      </w:r>
      <w:r w:rsidR="00843CD5" w:rsidRPr="002222ED">
        <w:rPr>
          <w:sz w:val="22"/>
        </w:rPr>
        <w:t>in partnership with Refill Jackson Initiative invites youth ages 12-18 to The Youth Entrepreneurship Hub + Kidtrepreneur Marketplace on Saturday, August 22, 2026 from 11 a.m. to 3 p.m. at Refill’s headquarters, located at 136 S. Adams Street in West Jackson.</w:t>
      </w:r>
    </w:p>
    <w:p w14:paraId="29115913" w14:textId="6B0473CD" w:rsidR="00843CD5" w:rsidRPr="002222ED" w:rsidRDefault="00843CD5">
      <w:pPr>
        <w:rPr>
          <w:sz w:val="22"/>
        </w:rPr>
      </w:pPr>
      <w:r w:rsidRPr="002222ED">
        <w:rPr>
          <w:sz w:val="22"/>
        </w:rPr>
        <w:t xml:space="preserve">The </w:t>
      </w:r>
      <w:r w:rsidRPr="002222ED">
        <w:rPr>
          <w:i/>
          <w:iCs/>
          <w:sz w:val="22"/>
        </w:rPr>
        <w:t xml:space="preserve">Hub </w:t>
      </w:r>
      <w:r w:rsidRPr="002222ED">
        <w:rPr>
          <w:sz w:val="22"/>
        </w:rPr>
        <w:t xml:space="preserve">will teach the next generation of business leaders the basics of starting and </w:t>
      </w:r>
      <w:r w:rsidR="00774366">
        <w:rPr>
          <w:sz w:val="22"/>
        </w:rPr>
        <w:t>growing</w:t>
      </w:r>
      <w:r w:rsidRPr="002222ED">
        <w:rPr>
          <w:sz w:val="22"/>
        </w:rPr>
        <w:t xml:space="preserve"> a business, led by the Center for Social Entrepreneurship. It will also connect budding CEOs with adult mentors who can share real-life experiences as well as programming resources to help them in the future.</w:t>
      </w:r>
    </w:p>
    <w:p w14:paraId="28CC4679" w14:textId="47AB2029" w:rsidR="009A2A38" w:rsidRPr="002222ED" w:rsidRDefault="00843CD5">
      <w:pPr>
        <w:rPr>
          <w:sz w:val="22"/>
        </w:rPr>
      </w:pPr>
      <w:r w:rsidRPr="002222ED">
        <w:rPr>
          <w:sz w:val="22"/>
        </w:rPr>
        <w:t xml:space="preserve">Following the class, the young creators will then apply those lessons at the </w:t>
      </w:r>
      <w:r w:rsidRPr="002222ED">
        <w:rPr>
          <w:i/>
          <w:iCs/>
          <w:sz w:val="22"/>
        </w:rPr>
        <w:t>Marketplace</w:t>
      </w:r>
      <w:r w:rsidRPr="002222ED">
        <w:rPr>
          <w:sz w:val="22"/>
        </w:rPr>
        <w:t xml:space="preserve"> beginning at 1 p.m. </w:t>
      </w:r>
      <w:r w:rsidR="002222ED" w:rsidRPr="002222ED">
        <w:rPr>
          <w:sz w:val="22"/>
        </w:rPr>
        <w:t>T</w:t>
      </w:r>
      <w:r w:rsidRPr="002222ED">
        <w:rPr>
          <w:sz w:val="22"/>
        </w:rPr>
        <w:t>he entire community is invited to shop, support</w:t>
      </w:r>
      <w:r w:rsidR="002222ED" w:rsidRPr="002222ED">
        <w:rPr>
          <w:sz w:val="22"/>
        </w:rPr>
        <w:t>,</w:t>
      </w:r>
      <w:r w:rsidRPr="002222ED">
        <w:rPr>
          <w:sz w:val="22"/>
        </w:rPr>
        <w:t xml:space="preserve"> and celebrate these future entrepreneurs. Entry is free with the donation of a personal hygiene item. </w:t>
      </w:r>
      <w:r w:rsidR="002222ED" w:rsidRPr="002222ED">
        <w:rPr>
          <w:sz w:val="22"/>
        </w:rPr>
        <w:t>Shoppers</w:t>
      </w:r>
      <w:r w:rsidRPr="002222ED">
        <w:rPr>
          <w:sz w:val="22"/>
        </w:rPr>
        <w:t xml:space="preserve"> are encouraged to bring an item and come prepared to </w:t>
      </w:r>
      <w:r w:rsidR="002222ED" w:rsidRPr="002222ED">
        <w:rPr>
          <w:sz w:val="22"/>
        </w:rPr>
        <w:t>support</w:t>
      </w:r>
      <w:r w:rsidRPr="002222ED">
        <w:rPr>
          <w:sz w:val="22"/>
        </w:rPr>
        <w:t xml:space="preserve"> the participating youth vendors.</w:t>
      </w:r>
    </w:p>
    <w:p w14:paraId="3FB863CD" w14:textId="6BBF03F1" w:rsidR="009A2A38" w:rsidRPr="002222ED" w:rsidRDefault="00000000">
      <w:pPr>
        <w:rPr>
          <w:sz w:val="22"/>
        </w:rPr>
      </w:pPr>
      <w:r w:rsidRPr="002222ED">
        <w:rPr>
          <w:sz w:val="22"/>
        </w:rPr>
        <w:t>The Kidtrepreneur Marketplace</w:t>
      </w:r>
      <w:r w:rsidR="00843CD5" w:rsidRPr="002222ED">
        <w:rPr>
          <w:sz w:val="22"/>
        </w:rPr>
        <w:t xml:space="preserve">, first created by R3Marketing, </w:t>
      </w:r>
      <w:r w:rsidRPr="002222ED">
        <w:rPr>
          <w:sz w:val="22"/>
        </w:rPr>
        <w:t xml:space="preserve">is </w:t>
      </w:r>
      <w:r w:rsidR="002222ED" w:rsidRPr="002222ED">
        <w:rPr>
          <w:sz w:val="22"/>
        </w:rPr>
        <w:t>open to the public.</w:t>
      </w:r>
    </w:p>
    <w:p w14:paraId="1FD99321" w14:textId="77777777" w:rsidR="009A2A38" w:rsidRPr="002222ED" w:rsidRDefault="00000000">
      <w:pPr>
        <w:spacing w:before="100" w:after="160"/>
        <w:ind w:left="360" w:right="360"/>
        <w:rPr>
          <w:color w:val="auto"/>
          <w:sz w:val="22"/>
        </w:rPr>
      </w:pPr>
      <w:r w:rsidRPr="002222ED">
        <w:rPr>
          <w:i/>
          <w:color w:val="auto"/>
          <w:sz w:val="22"/>
        </w:rPr>
        <w:t>“The Kidtrepreneur Marketplace gives young people a real platform to practice ownership, leadership and customer service,” said Zakiya Summers, owner of Lady Godiva Productions. “We want the community to show up, shop with them and let them know that their creativity and ideas are worth investing in.”</w:t>
      </w:r>
    </w:p>
    <w:p w14:paraId="78EE22CA" w14:textId="3101808B" w:rsidR="009A2A38" w:rsidRDefault="002222ED">
      <w:pPr>
        <w:spacing w:after="160"/>
        <w:rPr>
          <w:b/>
          <w:color w:val="E90058"/>
          <w:sz w:val="22"/>
        </w:rPr>
      </w:pPr>
      <w:r w:rsidRPr="002222ED">
        <w:rPr>
          <w:sz w:val="22"/>
        </w:rPr>
        <w:t xml:space="preserve">There is a $20 registration fee required for participants. For information and to sign-up, visit: </w:t>
      </w:r>
      <w:hyperlink r:id="rId9" w:history="1">
        <w:r w:rsidR="00774366" w:rsidRPr="00505E04">
          <w:rPr>
            <w:rStyle w:val="Hyperlink"/>
            <w:b/>
            <w:sz w:val="22"/>
          </w:rPr>
          <w:t>www.ladygodivaproductions.com/youthentrepreneurshiphub</w:t>
        </w:r>
      </w:hyperlink>
      <w:r w:rsidR="00774366">
        <w:rPr>
          <w:b/>
          <w:color w:val="E90058"/>
          <w:sz w:val="22"/>
        </w:rPr>
        <w:t>.</w:t>
      </w:r>
    </w:p>
    <w:p w14:paraId="52BDED9C" w14:textId="33E9CC1D" w:rsidR="00774366" w:rsidRPr="00774366" w:rsidRDefault="00FB015E">
      <w:pPr>
        <w:spacing w:after="160"/>
        <w:rPr>
          <w:bCs/>
          <w:color w:val="auto"/>
          <w:sz w:val="22"/>
        </w:rPr>
      </w:pPr>
      <w:r>
        <w:rPr>
          <w:bCs/>
          <w:color w:val="auto"/>
          <w:sz w:val="22"/>
        </w:rPr>
        <w:t>Other p</w:t>
      </w:r>
      <w:r w:rsidR="00774366">
        <w:rPr>
          <w:bCs/>
          <w:color w:val="auto"/>
          <w:sz w:val="22"/>
        </w:rPr>
        <w:t xml:space="preserve">artners include </w:t>
      </w:r>
      <w:r>
        <w:rPr>
          <w:bCs/>
          <w:color w:val="auto"/>
          <w:sz w:val="22"/>
        </w:rPr>
        <w:t xml:space="preserve">Community Bank, </w:t>
      </w:r>
      <w:r w:rsidR="00774366">
        <w:rPr>
          <w:bCs/>
          <w:color w:val="auto"/>
          <w:sz w:val="22"/>
        </w:rPr>
        <w:t>Impact Jackson 601</w:t>
      </w:r>
      <w:r>
        <w:rPr>
          <w:bCs/>
          <w:color w:val="auto"/>
          <w:sz w:val="22"/>
        </w:rPr>
        <w:t>, and</w:t>
      </w:r>
      <w:r w:rsidR="00774366">
        <w:rPr>
          <w:bCs/>
          <w:color w:val="auto"/>
          <w:sz w:val="22"/>
        </w:rPr>
        <w:t xml:space="preserve"> R3M Impact Network</w:t>
      </w:r>
      <w:r>
        <w:rPr>
          <w:bCs/>
          <w:color w:val="auto"/>
          <w:sz w:val="22"/>
        </w:rPr>
        <w:t>.</w:t>
      </w:r>
    </w:p>
    <w:p w14:paraId="62B99C5D" w14:textId="77777777" w:rsidR="009A2A38" w:rsidRPr="002222ED" w:rsidRDefault="00000000">
      <w:pPr>
        <w:spacing w:before="100" w:after="100"/>
        <w:jc w:val="center"/>
        <w:rPr>
          <w:color w:val="auto"/>
          <w:sz w:val="22"/>
        </w:rPr>
      </w:pPr>
      <w:r w:rsidRPr="002222ED">
        <w:rPr>
          <w:b/>
          <w:color w:val="auto"/>
          <w:sz w:val="22"/>
        </w:rPr>
        <w:t>###</w:t>
      </w:r>
    </w:p>
    <w:p w14:paraId="05B074BB" w14:textId="5A53B9D4" w:rsidR="009A2A38" w:rsidRPr="002222ED" w:rsidRDefault="002222ED">
      <w:pPr>
        <w:spacing w:before="80" w:after="60"/>
        <w:rPr>
          <w:sz w:val="18"/>
          <w:szCs w:val="20"/>
        </w:rPr>
      </w:pPr>
      <w:r w:rsidRPr="002222ED">
        <w:rPr>
          <w:b/>
          <w:color w:val="E90058"/>
          <w:sz w:val="20"/>
          <w:szCs w:val="18"/>
        </w:rPr>
        <w:t>ABOUT LADY GODIVA PRODUCTIONS</w:t>
      </w:r>
    </w:p>
    <w:p w14:paraId="5D7ACE59" w14:textId="5A040D43" w:rsidR="009A2A38" w:rsidRPr="002222ED" w:rsidRDefault="00000000">
      <w:pPr>
        <w:spacing w:after="0"/>
        <w:rPr>
          <w:sz w:val="22"/>
          <w:szCs w:val="24"/>
        </w:rPr>
      </w:pPr>
      <w:r w:rsidRPr="002222ED">
        <w:rPr>
          <w:sz w:val="20"/>
          <w:szCs w:val="24"/>
        </w:rPr>
        <w:t>Lady Godiva Productions is a Jackson-based event planning and communications company that develops experiences and initiatives designed to connect people, strengthen communities</w:t>
      </w:r>
      <w:r w:rsidR="002222ED" w:rsidRPr="002222ED">
        <w:rPr>
          <w:sz w:val="20"/>
          <w:szCs w:val="24"/>
        </w:rPr>
        <w:t>,</w:t>
      </w:r>
      <w:r w:rsidRPr="002222ED">
        <w:rPr>
          <w:sz w:val="20"/>
          <w:szCs w:val="24"/>
        </w:rPr>
        <w:t xml:space="preserve"> and bring ideas to life.</w:t>
      </w:r>
    </w:p>
    <w:sectPr w:rsidR="009A2A38" w:rsidRPr="002222ED" w:rsidSect="00034616">
      <w:headerReference w:type="default" r:id="rId10"/>
      <w:footerReference w:type="default" r:id="rId11"/>
      <w:pgSz w:w="12240" w:h="15840"/>
      <w:pgMar w:top="1037" w:right="1224" w:bottom="979"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156FA" w14:textId="77777777" w:rsidR="006B1265" w:rsidRDefault="006B1265">
      <w:pPr>
        <w:spacing w:after="0" w:line="240" w:lineRule="auto"/>
      </w:pPr>
      <w:r>
        <w:separator/>
      </w:r>
    </w:p>
  </w:endnote>
  <w:endnote w:type="continuationSeparator" w:id="0">
    <w:p w14:paraId="13476E74" w14:textId="77777777" w:rsidR="006B1265" w:rsidRDefault="006B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6E31A" w14:textId="651DD164" w:rsidR="00D9673F" w:rsidRPr="00D9673F" w:rsidRDefault="00D9673F">
    <w:pPr>
      <w:pStyle w:val="Footer"/>
      <w:jc w:val="center"/>
      <w:rPr>
        <w:color w:val="auto"/>
        <w:sz w:val="16"/>
      </w:rPr>
    </w:pPr>
    <w:r w:rsidRPr="00D9673F">
      <w:rPr>
        <w:color w:val="auto"/>
        <w:sz w:val="16"/>
      </w:rPr>
      <w:t>Let’s craft your next legendary moment!</w:t>
    </w:r>
  </w:p>
  <w:p w14:paraId="554E04BF" w14:textId="1F05DEFF" w:rsidR="009A2A38" w:rsidRPr="00D9673F" w:rsidRDefault="00000000">
    <w:pPr>
      <w:pStyle w:val="Footer"/>
      <w:jc w:val="center"/>
      <w:rPr>
        <w:color w:val="auto"/>
      </w:rPr>
    </w:pPr>
    <w:hyperlink r:id="rId1" w:history="1">
      <w:r w:rsidR="00D9673F" w:rsidRPr="002118EE">
        <w:rPr>
          <w:rStyle w:val="Hyperlink"/>
          <w:sz w:val="16"/>
        </w:rPr>
        <w:t>www.ladygodivaproductions.com</w:t>
      </w:r>
    </w:hyperlink>
    <w:r w:rsidR="00D9673F">
      <w:rPr>
        <w:color w:val="auto"/>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E7BA2" w14:textId="77777777" w:rsidR="006B1265" w:rsidRDefault="006B1265">
      <w:pPr>
        <w:spacing w:after="0" w:line="240" w:lineRule="auto"/>
      </w:pPr>
      <w:r>
        <w:separator/>
      </w:r>
    </w:p>
  </w:footnote>
  <w:footnote w:type="continuationSeparator" w:id="0">
    <w:p w14:paraId="471FC938" w14:textId="77777777" w:rsidR="006B1265" w:rsidRDefault="006B1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0BFE7" w14:textId="772C2712" w:rsidR="009A2A38" w:rsidRPr="002222ED" w:rsidRDefault="002222ED" w:rsidP="002222ED">
    <w:pPr>
      <w:pStyle w:val="Header"/>
      <w:jc w:val="right"/>
    </w:pPr>
    <w:r>
      <w:rPr>
        <w:noProof/>
      </w:rPr>
      <w:drawing>
        <wp:inline distT="0" distB="0" distL="0" distR="0" wp14:anchorId="73E3E42F" wp14:editId="3B063254">
          <wp:extent cx="577850" cy="465431"/>
          <wp:effectExtent l="0" t="0" r="0" b="0"/>
          <wp:docPr id="79532938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29388" name="Picture 1" descr="A logo for a company&#10;&#10;Description automatically generated"/>
                  <pic:cNvPicPr/>
                </pic:nvPicPr>
                <pic:blipFill>
                  <a:blip r:embed="rId1"/>
                  <a:stretch>
                    <a:fillRect/>
                  </a:stretch>
                </pic:blipFill>
                <pic:spPr>
                  <a:xfrm>
                    <a:off x="0" y="0"/>
                    <a:ext cx="599070" cy="48252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24424790">
    <w:abstractNumId w:val="8"/>
  </w:num>
  <w:num w:numId="2" w16cid:durableId="512233031">
    <w:abstractNumId w:val="6"/>
  </w:num>
  <w:num w:numId="3" w16cid:durableId="2060667222">
    <w:abstractNumId w:val="5"/>
  </w:num>
  <w:num w:numId="4" w16cid:durableId="250435187">
    <w:abstractNumId w:val="4"/>
  </w:num>
  <w:num w:numId="5" w16cid:durableId="1688408994">
    <w:abstractNumId w:val="7"/>
  </w:num>
  <w:num w:numId="6" w16cid:durableId="1128163172">
    <w:abstractNumId w:val="3"/>
  </w:num>
  <w:num w:numId="7" w16cid:durableId="2101758419">
    <w:abstractNumId w:val="2"/>
  </w:num>
  <w:num w:numId="8" w16cid:durableId="1926567852">
    <w:abstractNumId w:val="1"/>
  </w:num>
  <w:num w:numId="9" w16cid:durableId="1908299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30B"/>
    <w:rsid w:val="0006063C"/>
    <w:rsid w:val="0015074B"/>
    <w:rsid w:val="00161E03"/>
    <w:rsid w:val="002222ED"/>
    <w:rsid w:val="0029639D"/>
    <w:rsid w:val="00326F90"/>
    <w:rsid w:val="00440676"/>
    <w:rsid w:val="006A129D"/>
    <w:rsid w:val="006B1265"/>
    <w:rsid w:val="00774366"/>
    <w:rsid w:val="00843CD5"/>
    <w:rsid w:val="009A2A38"/>
    <w:rsid w:val="00AA1D8D"/>
    <w:rsid w:val="00B47730"/>
    <w:rsid w:val="00CB0664"/>
    <w:rsid w:val="00D9673F"/>
    <w:rsid w:val="00EA5F11"/>
    <w:rsid w:val="00FB01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87109"/>
  <w14:defaultImageDpi w14:val="300"/>
  <w15:docId w15:val="{3C8EB943-53EC-419B-BF34-E84D150D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000000"/>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43CD5"/>
    <w:rPr>
      <w:color w:val="0000FF" w:themeColor="hyperlink"/>
      <w:u w:val="single"/>
    </w:rPr>
  </w:style>
  <w:style w:type="character" w:styleId="UnresolvedMention">
    <w:name w:val="Unresolved Mention"/>
    <w:basedOn w:val="DefaultParagraphFont"/>
    <w:uiPriority w:val="99"/>
    <w:semiHidden/>
    <w:unhideWhenUsed/>
    <w:rsid w:val="00843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ygodivaproductio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adygodivaproductions.com/youthentrepreneurshiphu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dygodivaproduc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Kidtrepreneur Marketplace News Release</vt:lpstr>
    </vt:vector>
  </TitlesOfParts>
  <Manager/>
  <Company/>
  <LinksUpToDate>false</LinksUpToDate>
  <CharactersWithSpaces>2258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Kidtrepreneur Marketplace News Release</dc:title>
  <dc:subject>Lady Godiva Productions - August 22, 2026</dc:subject>
  <dc:creator>Lady Godiva Productions</dc:creator>
  <cp:keywords/>
  <dc:description>generated by python-docx</dc:description>
  <cp:lastModifiedBy>Zakiya Summers</cp:lastModifiedBy>
  <cp:revision>6</cp:revision>
  <dcterms:created xsi:type="dcterms:W3CDTF">2013-12-23T23:15:00Z</dcterms:created>
  <dcterms:modified xsi:type="dcterms:W3CDTF">2026-08-06T23:21:00Z</dcterms:modified>
  <cp:category/>
</cp:coreProperties>
</file>